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ANTRAG AUF FRÜHFÖRDERUNG</w:t>
      </w:r>
    </w:p>
    <w:p/>
    <w:p/>
    <w:p>
      <w:r>
        <w:rPr>
          <w:b/>
          <w:sz w:val="24"/>
        </w:rPr>
        <w:t>Angaben zum Antragsteller / zur Antragstellerin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Vorname: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Telefonnummer: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Angaben zum Kind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Vorname: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Geburtsort:</w:t>
      </w:r>
    </w:p>
    <w:p>
      <w:r>
        <w:rPr>
          <w:b w:val="0"/>
          <w:sz w:val="20"/>
        </w:rPr>
        <w:t>Anschrift (falls abweichend):</w:t>
      </w:r>
    </w:p>
    <w:p/>
    <w:p>
      <w:r>
        <w:rPr>
          <w:b/>
          <w:sz w:val="24"/>
        </w:rPr>
        <w:t>Medizinische Angaben</w:t>
      </w:r>
    </w:p>
    <w:p>
      <w:r>
        <w:rPr>
          <w:b w:val="0"/>
          <w:sz w:val="20"/>
        </w:rPr>
        <w:t>Liegt eine ärztliche Diagnose oder Entwicklungsverzögerung vor? (Bitte ankreuzen)</w:t>
      </w:r>
    </w:p>
    <w:p>
      <w:r>
        <w:rPr>
          <w:b w:val="0"/>
          <w:sz w:val="20"/>
        </w:rPr>
        <w:t>□ Ja</w:t>
      </w:r>
    </w:p>
    <w:p>
      <w:r>
        <w:rPr>
          <w:b w:val="0"/>
          <w:sz w:val="20"/>
        </w:rPr>
        <w:t>□ Nein</w:t>
      </w:r>
    </w:p>
    <w:p>
      <w:r>
        <w:rPr>
          <w:b w:val="0"/>
          <w:sz w:val="20"/>
        </w:rPr>
        <w:t>Falls ja, bitte Diagnose und ggf. Therapieform angeben: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Beantragt wird Frühförderung für:</w:t>
      </w:r>
    </w:p>
    <w:p>
      <w:r>
        <w:rPr>
          <w:b w:val="0"/>
          <w:sz w:val="20"/>
        </w:rPr>
        <w:t>□ Motorische Entwicklung</w:t>
      </w:r>
    </w:p>
    <w:p>
      <w:r>
        <w:rPr>
          <w:b w:val="0"/>
          <w:sz w:val="20"/>
        </w:rPr>
        <w:t>□ Sprache / Kommunikation</w:t>
      </w:r>
    </w:p>
    <w:p>
      <w:r>
        <w:rPr>
          <w:b w:val="0"/>
          <w:sz w:val="20"/>
        </w:rPr>
        <w:t>□ Kognitive Entwicklung</w:t>
      </w:r>
    </w:p>
    <w:p>
      <w:r>
        <w:rPr>
          <w:b w:val="0"/>
          <w:sz w:val="20"/>
        </w:rPr>
        <w:t>□ Soziale und emotionale Entwicklung</w:t>
      </w:r>
    </w:p>
    <w:p>
      <w:r>
        <w:rPr>
          <w:b w:val="0"/>
          <w:sz w:val="20"/>
        </w:rPr>
        <w:t>□ Sinneswahrnehmung</w:t>
      </w:r>
    </w:p>
    <w:p>
      <w:r>
        <w:rPr>
          <w:b w:val="0"/>
          <w:sz w:val="20"/>
        </w:rPr>
        <w:t>□ Sonstiges: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Zusätzliche Angaben</w:t>
      </w:r>
    </w:p>
    <w:p>
      <w:r>
        <w:rPr>
          <w:b w:val="0"/>
          <w:sz w:val="20"/>
        </w:rPr>
        <w:t>Weitere unterstützende Maßnahmen oder Therapien (z.B. Logopädie, Ergotherapie):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Ansprechpartner/in für Rückfragen (Name, Telefon, E-Mail):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Einverständniserklärung</w:t>
      </w:r>
    </w:p>
    <w:p>
      <w:r>
        <w:rPr>
          <w:b w:val="0"/>
          <w:sz w:val="20"/>
        </w:rPr>
        <w:t>Hiermit erkläre ich mich mit der Erhebung und Verarbeitung meiner personenbezogenen Daten sowie der meines Kindes im Rahmen der Frühförderung einverstanden.</w:t>
      </w:r>
    </w:p>
    <w:p>
      <w:r>
        <w:rPr>
          <w:b w:val="0"/>
          <w:sz w:val="20"/>
        </w:rPr>
        <w:t>Ich bestätige, dass die gemachten Angaben wahrheitsgemäß und vollständig sind.</w:t>
      </w:r>
    </w:p>
    <w:p/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Frühförderstelle / Sachbearbeitung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https://expertefinanz.com/antrag-auf-fruhforderung/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antrag-auf-fruhforderung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