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ANTRAG AUF ARBEITSLOSENGELD I</w:t>
      </w:r>
    </w:p>
    <w:p/>
    <w:p/>
    <w:p>
      <w:r>
        <w:rPr>
          <w:b/>
          <w:sz w:val="20"/>
        </w:rPr>
        <w:t>Persönliche Angaben</w:t>
      </w:r>
    </w:p>
    <w:p>
      <w:r>
        <w:rPr>
          <w:b w:val="0"/>
          <w:sz w:val="20"/>
        </w:rPr>
        <w:t>Name: _______________________________________________________________</w:t>
      </w:r>
    </w:p>
    <w:p>
      <w:r>
        <w:rPr>
          <w:b w:val="0"/>
          <w:sz w:val="20"/>
        </w:rPr>
        <w:t>Vorname: _____________________________________________________________</w:t>
      </w:r>
    </w:p>
    <w:p>
      <w:r>
        <w:rPr>
          <w:b w:val="0"/>
          <w:sz w:val="20"/>
        </w:rPr>
        <w:t>Geburtsdatum: ________________________________________________________</w:t>
      </w:r>
    </w:p>
    <w:p>
      <w:r>
        <w:rPr>
          <w:b w:val="0"/>
          <w:sz w:val="20"/>
        </w:rPr>
        <w:t>Anschrift (Straße, Nr.): _______________________________________________</w:t>
      </w:r>
    </w:p>
    <w:p>
      <w:r>
        <w:rPr>
          <w:b w:val="0"/>
          <w:sz w:val="20"/>
        </w:rPr>
        <w:t>PLZ, Ort: ____________________________________________________________</w:t>
      </w:r>
    </w:p>
    <w:p>
      <w:r>
        <w:rPr>
          <w:b w:val="0"/>
          <w:sz w:val="20"/>
        </w:rPr>
        <w:t>Telefonnummer: _______________________________________________________</w:t>
      </w:r>
    </w:p>
    <w:p>
      <w:r>
        <w:rPr>
          <w:b w:val="0"/>
          <w:sz w:val="20"/>
        </w:rPr>
        <w:t>E-Mail-Adresse: _______________________________________________________</w:t>
      </w:r>
    </w:p>
    <w:p/>
    <w:p>
      <w:r>
        <w:rPr>
          <w:b w:val="0"/>
          <w:sz w:val="20"/>
        </w:rPr>
        <w:t>Sozialversicherungsnummer: ____________________________________________</w:t>
      </w:r>
    </w:p>
    <w:p/>
    <w:p>
      <w:r>
        <w:rPr>
          <w:b w:val="0"/>
          <w:sz w:val="20"/>
        </w:rPr>
        <w:t>Staatsangehörigkeit: _________________________________________________</w:t>
      </w:r>
    </w:p>
    <w:p/>
    <w:p>
      <w:r>
        <w:rPr>
          <w:b/>
          <w:sz w:val="20"/>
        </w:rPr>
        <w:t>Angaben zur letzten Beschäftigung</w:t>
      </w:r>
    </w:p>
    <w:p>
      <w:r>
        <w:rPr>
          <w:b w:val="0"/>
          <w:sz w:val="20"/>
        </w:rPr>
        <w:t>Arbeitgeber: _________________________________________________________</w:t>
      </w:r>
    </w:p>
    <w:p>
      <w:r>
        <w:rPr>
          <w:b w:val="0"/>
          <w:sz w:val="20"/>
        </w:rPr>
        <w:t>Anschrift Arbeitgeber: _________________________________________________</w:t>
      </w:r>
    </w:p>
    <w:p>
      <w:r>
        <w:rPr>
          <w:b w:val="0"/>
          <w:sz w:val="20"/>
        </w:rPr>
        <w:t>Beschäftigungsende (Tag, Monat, Jahr): ________________________________</w:t>
      </w:r>
    </w:p>
    <w:p>
      <w:r>
        <w:rPr>
          <w:b w:val="0"/>
          <w:sz w:val="20"/>
        </w:rPr>
        <w:t>Grund für die Beendigung: _____________________________________________</w:t>
      </w:r>
    </w:p>
    <w:p/>
    <w:p>
      <w:r>
        <w:rPr>
          <w:b/>
          <w:sz w:val="20"/>
        </w:rPr>
        <w:t>Bankverbindung für die Auszahlung</w:t>
      </w:r>
    </w:p>
    <w:p>
      <w:r>
        <w:rPr>
          <w:b w:val="0"/>
          <w:sz w:val="20"/>
        </w:rPr>
        <w:t>Kontoinhaber: ________________________________________________________</w:t>
      </w:r>
    </w:p>
    <w:p>
      <w:r>
        <w:rPr>
          <w:b w:val="0"/>
          <w:sz w:val="20"/>
        </w:rPr>
        <w:t>IBAN: ________________________________________________________________</w:t>
      </w:r>
    </w:p>
    <w:p>
      <w:r>
        <w:rPr>
          <w:b w:val="0"/>
          <w:sz w:val="20"/>
        </w:rPr>
        <w:t>BIC: _________________________________________________________________</w:t>
      </w:r>
    </w:p>
    <w:p/>
    <w:p>
      <w:r>
        <w:rPr>
          <w:b/>
          <w:sz w:val="20"/>
        </w:rPr>
        <w:t>Weitere Leistungen</w:t>
      </w:r>
    </w:p>
    <w:p>
      <w:r>
        <w:rPr>
          <w:b w:val="0"/>
          <w:sz w:val="20"/>
        </w:rPr>
        <w:t>Beziehen Sie andere Leistungen (z.B. Sozialhilfe, Rente, Krankengeld)?</w:t>
      </w:r>
    </w:p>
    <w:p>
      <w:r>
        <w:rPr>
          <w:b w:val="0"/>
          <w:sz w:val="20"/>
        </w:rPr>
        <w:t>Ja: _____    Nein: _____</w:t>
      </w:r>
    </w:p>
    <w:p>
      <w:r>
        <w:rPr>
          <w:b w:val="0"/>
          <w:sz w:val="20"/>
        </w:rPr>
        <w:t>Wenn ja, welche: _____________________________________________________</w:t>
      </w:r>
    </w:p>
    <w:p/>
    <w:p>
      <w:r>
        <w:rPr>
          <w:b/>
          <w:sz w:val="20"/>
        </w:rPr>
        <w:t>Familienstand</w:t>
      </w:r>
    </w:p>
    <w:p>
      <w:r>
        <w:rPr>
          <w:b w:val="0"/>
          <w:sz w:val="20"/>
        </w:rPr>
        <w:t>Ledig: _____    Verheiratet: _____    Geschieden: _____    Verwitwet: _____</w:t>
      </w:r>
    </w:p>
    <w:p/>
    <w:p>
      <w:r>
        <w:rPr>
          <w:b/>
          <w:sz w:val="20"/>
        </w:rPr>
        <w:t>Kinder (unter 15 Jahren)</w:t>
      </w:r>
    </w:p>
    <w:p>
      <w:r>
        <w:rPr>
          <w:b w:val="0"/>
          <w:sz w:val="20"/>
        </w:rPr>
        <w:t>Anzahl: _____</w:t>
      </w:r>
    </w:p>
    <w:p/>
    <w:p>
      <w:r>
        <w:rPr>
          <w:b/>
          <w:sz w:val="20"/>
        </w:rPr>
        <w:t>Hiermit versichere ich, dass ich dem Arbeitsmarkt uneingeschränkt zur Verfügung stehe und aktiv eine neue Beschäftigung suche.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Ort: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Datum: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 Antragsteller/in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 Arbeitsagentur (gegebenenfalls)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https://expertefinanz.com/arbeitslosengeld-1-antrag-nrw/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https://expertefinanz.com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expertefinanz.com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efinanz.com/arbeitslosengeld-1-antrag-nrw/" TargetMode="External"/><Relationship Id="rId10" Type="http://schemas.openxmlformats.org/officeDocument/2006/relationships/hyperlink" Target="https://expertefinanz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