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HEIZKOSTENZUSCHUSS</w:t>
      </w:r>
    </w:p>
    <w:p/>
    <w:p/>
    <w:p>
      <w:r>
        <w:rPr>
          <w:b/>
          <w:sz w:val="20"/>
        </w:rPr>
        <w:t>Angaben zum Antragsteller</w:t>
      </w:r>
    </w:p>
    <w:p>
      <w:r>
        <w:rPr>
          <w:b w:val="0"/>
          <w:sz w:val="20"/>
        </w:rPr>
        <w:t>Name:</w:t>
      </w:r>
    </w:p>
    <w:p>
      <w:r>
        <w:rPr>
          <w:b w:val="0"/>
          <w:sz w:val="20"/>
        </w:rPr>
        <w:t>Vorname: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Anschrift:</w:t>
      </w:r>
    </w:p>
    <w:p>
      <w:r>
        <w:rPr>
          <w:b w:val="0"/>
          <w:sz w:val="20"/>
        </w:rPr>
        <w:t>Telefon / E-Mail:</w:t>
      </w:r>
    </w:p>
    <w:p/>
    <w:p>
      <w:r>
        <w:rPr>
          <w:b/>
          <w:sz w:val="20"/>
        </w:rPr>
        <w:t>Angaben zur Wohnung / zum Haus</w:t>
      </w:r>
    </w:p>
    <w:p>
      <w:r>
        <w:rPr>
          <w:b w:val="0"/>
          <w:sz w:val="20"/>
        </w:rPr>
        <w:t>Adresse der Wohnung / des Hauses:</w:t>
      </w:r>
    </w:p>
    <w:p>
      <w:r>
        <w:rPr>
          <w:b w:val="0"/>
          <w:sz w:val="20"/>
        </w:rPr>
        <w:t>Wohnfläche (m²):</w:t>
      </w:r>
    </w:p>
    <w:p>
      <w:r>
        <w:rPr>
          <w:b w:val="0"/>
          <w:sz w:val="20"/>
        </w:rPr>
        <w:t>Anzahl der in der Wohnung lebenden Personen:</w:t>
      </w:r>
    </w:p>
    <w:p/>
    <w:p>
      <w:r>
        <w:rPr>
          <w:b/>
          <w:sz w:val="20"/>
        </w:rPr>
        <w:t>Heizungsart</w:t>
      </w:r>
    </w:p>
    <w:p>
      <w:r>
        <w:rPr>
          <w:b w:val="0"/>
          <w:sz w:val="20"/>
        </w:rPr>
        <w:t>□ Zentralheizung   □ Etagenheizung   □ Einzelofen   □ Sonstige:</w:t>
      </w:r>
    </w:p>
    <w:p/>
    <w:p>
      <w:r>
        <w:rPr>
          <w:b/>
          <w:sz w:val="20"/>
        </w:rPr>
        <w:t>Bezug von Sozialleistungen</w:t>
      </w:r>
    </w:p>
    <w:p>
      <w:r>
        <w:rPr>
          <w:b w:val="0"/>
          <w:sz w:val="20"/>
        </w:rPr>
        <w:t>Bitte ankreuzen, falls zutreffend:</w:t>
      </w:r>
    </w:p>
    <w:p>
      <w:r>
        <w:rPr>
          <w:b w:val="0"/>
          <w:sz w:val="20"/>
        </w:rPr>
        <w:t>□ Wohngeld</w:t>
      </w:r>
    </w:p>
    <w:p>
      <w:r>
        <w:rPr>
          <w:b w:val="0"/>
          <w:sz w:val="20"/>
        </w:rPr>
        <w:t>□ Arbeitslosengeld II / Sozialgeld</w:t>
      </w:r>
    </w:p>
    <w:p>
      <w:r>
        <w:rPr>
          <w:b w:val="0"/>
          <w:sz w:val="20"/>
        </w:rPr>
        <w:t>□ Sozialhilfe</w:t>
      </w:r>
    </w:p>
    <w:p>
      <w:r>
        <w:rPr>
          <w:b w:val="0"/>
          <w:sz w:val="20"/>
        </w:rPr>
        <w:t>□ Grundsicherung im Alter / bei Erwerbsminderung</w:t>
      </w:r>
    </w:p>
    <w:p>
      <w:r>
        <w:rPr>
          <w:b w:val="0"/>
          <w:sz w:val="20"/>
        </w:rPr>
        <w:t>□ Sonstige:</w:t>
      </w:r>
    </w:p>
    <w:p/>
    <w:p>
      <w:r>
        <w:rPr>
          <w:b/>
          <w:sz w:val="20"/>
        </w:rPr>
        <w:t>Angaben zu den Heizkosten</w:t>
      </w:r>
    </w:p>
    <w:p>
      <w:r>
        <w:rPr>
          <w:b w:val="0"/>
          <w:sz w:val="20"/>
        </w:rPr>
        <w:t>Gesamte jährliche Heizkosten in Euro:</w:t>
      </w:r>
    </w:p>
    <w:p>
      <w:r>
        <w:rPr>
          <w:b w:val="0"/>
          <w:sz w:val="20"/>
        </w:rPr>
        <w:t>Davon zu zahlender Anteil (z.B. laut Mietvertrag oder Abrechnung):</w:t>
      </w:r>
    </w:p>
    <w:p/>
    <w:p>
      <w:r>
        <w:rPr>
          <w:b/>
          <w:sz w:val="20"/>
        </w:rPr>
        <w:t>Bankverbindung für die Auszahlung</w:t>
      </w:r>
    </w:p>
    <w:p>
      <w:r>
        <w:rPr>
          <w:b w:val="0"/>
          <w:sz w:val="20"/>
        </w:rPr>
        <w:t>Kontoinhaber:</w:t>
      </w:r>
    </w:p>
    <w:p>
      <w:r>
        <w:rPr>
          <w:b w:val="0"/>
          <w:sz w:val="20"/>
        </w:rPr>
        <w:t>IBAN:</w:t>
      </w:r>
    </w:p>
    <w:p>
      <w:r>
        <w:rPr>
          <w:b w:val="0"/>
          <w:sz w:val="20"/>
        </w:rPr>
        <w:t>BIC:</w:t>
      </w:r>
    </w:p>
    <w:p/>
    <w:p/>
    <w:p>
      <w:r>
        <w:rPr>
          <w:b/>
          <w:sz w:val="20"/>
        </w:rPr>
        <w:t>Erklärung</w:t>
      </w:r>
    </w:p>
    <w:p>
      <w:r>
        <w:rPr>
          <w:b w:val="0"/>
          <w:sz w:val="20"/>
        </w:rPr>
        <w:t>Hiermit versichere ich, dass die gemachten Angaben vollständig und wahrheitsgemäß sind. Mir ist bekannt, dass falsche Angaben rechtliche Konsequenzen haben können.</w:t>
      </w:r>
    </w:p>
    <w:p/>
    <w:p/>
    <w:p>
      <w:r>
        <w:rPr>
          <w:b w:val="0"/>
          <w:sz w:val="20"/>
        </w:rPr>
        <w:t>Ort:</w:t>
      </w:r>
    </w:p>
    <w:p>
      <w:r>
        <w:rPr>
          <w:b w:val="0"/>
          <w:sz w:val="20"/>
        </w:rPr>
        <w:t>Datum: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Unterschrift: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Bevollmächtigter (falls zutreffend)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https://expertefinanz.com/heizkostenzuschuss-antrags/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https://expertefinanz.com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expertefinanz.com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efinanz.com/heizkostenzuschuss-antrags/" TargetMode="External"/><Relationship Id="rId10" Type="http://schemas.openxmlformats.org/officeDocument/2006/relationships/hyperlink" Target="https://expertefinan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