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KURANTRAG – BEGRÜNDUNG</w:t>
      </w:r>
    </w:p>
    <w:p/>
    <w:p/>
    <w:p>
      <w:r>
        <w:rPr>
          <w:b w:val="0"/>
          <w:sz w:val="22"/>
        </w:rPr>
        <w:t>Absender:</w:t>
      </w:r>
    </w:p>
    <w:p>
      <w:r>
        <w:rPr>
          <w:b w:val="0"/>
          <w:sz w:val="22"/>
        </w:rPr>
        <w:t>Name: _____________________________________________________________</w:t>
      </w:r>
    </w:p>
    <w:p>
      <w:r>
        <w:rPr>
          <w:b w:val="0"/>
          <w:sz w:val="22"/>
        </w:rPr>
        <w:t>Anschrift: _________________________________________________________</w:t>
      </w:r>
    </w:p>
    <w:p>
      <w:r>
        <w:rPr>
          <w:b w:val="0"/>
          <w:sz w:val="22"/>
        </w:rPr>
        <w:t>Telefon: __________________________________________________________</w:t>
      </w:r>
    </w:p>
    <w:p/>
    <w:p>
      <w:r>
        <w:rPr>
          <w:b w:val="0"/>
          <w:sz w:val="22"/>
        </w:rPr>
        <w:t>Empfänger:</w:t>
      </w:r>
    </w:p>
    <w:p>
      <w:r>
        <w:rPr>
          <w:b w:val="0"/>
          <w:sz w:val="22"/>
        </w:rPr>
        <w:t>Name der Krankenkasse / Reha-Einrichtung: __________________________</w:t>
      </w:r>
    </w:p>
    <w:p>
      <w:r>
        <w:rPr>
          <w:b w:val="0"/>
          <w:sz w:val="22"/>
        </w:rPr>
        <w:t>Anschrift: _________________________________________________________</w:t>
      </w:r>
    </w:p>
    <w:p/>
    <w:p/>
    <w:p>
      <w:r>
        <w:rPr>
          <w:b/>
          <w:sz w:val="22"/>
        </w:rPr>
        <w:t>Betreff:</w:t>
      </w:r>
    </w:p>
    <w:p>
      <w:r>
        <w:rPr>
          <w:b w:val="0"/>
          <w:sz w:val="22"/>
        </w:rPr>
        <w:t>Antrag auf stationäre/ambulante Kurmaßnahme zur Wiederherstellung und Erhaltung meiner Gesundheit</w:t>
      </w:r>
    </w:p>
    <w:p/>
    <w:p/>
    <w:p>
      <w:r>
        <w:rPr>
          <w:b w:val="0"/>
          <w:sz w:val="22"/>
        </w:rPr>
        <w:t>Sehr geehrte Damen und Herren,</w:t>
      </w:r>
    </w:p>
    <w:p/>
    <w:p>
      <w:r>
        <w:rPr>
          <w:b w:val="0"/>
          <w:sz w:val="22"/>
        </w:rPr>
        <w:t>hiermit beantrage ich eine Kurmaßnahme, da ich aufgrund meiner gesundheitlichen Situation und der ärztlichen Empfehlungen eine umfassende Rehabilitation benötige. Die Maßnahme soll zur Linderung meiner Beschwerden, Verbesserung meiner Leistungsfähigkeit und Erhaltung meiner Arbeitsfähigkeit beitragen.</w:t>
      </w:r>
    </w:p>
    <w:p/>
    <w:p>
      <w:r>
        <w:rPr>
          <w:b w:val="0"/>
          <w:sz w:val="22"/>
        </w:rPr>
        <w:t>Folgende Diagnosen liegen bei mir vor:</w:t>
      </w:r>
    </w:p>
    <w:p>
      <w:r>
        <w:rPr>
          <w:b w:val="0"/>
          <w:sz w:val="22"/>
        </w:rPr>
        <w:t>_____________________________________________________________________</w:t>
      </w:r>
    </w:p>
    <w:p>
      <w:r>
        <w:rPr>
          <w:b w:val="0"/>
          <w:sz w:val="22"/>
        </w:rPr>
        <w:t>_____________________________________________________________________</w:t>
      </w:r>
    </w:p>
    <w:p/>
    <w:p>
      <w:r>
        <w:rPr>
          <w:b w:val="0"/>
          <w:sz w:val="22"/>
        </w:rPr>
        <w:t>Die Beschwerden äußern sich durch:</w:t>
      </w:r>
    </w:p>
    <w:p>
      <w:r>
        <w:rPr>
          <w:b w:val="0"/>
          <w:sz w:val="22"/>
        </w:rPr>
        <w:t>_____________________________________________________________________</w:t>
      </w:r>
    </w:p>
    <w:p>
      <w:r>
        <w:rPr>
          <w:b w:val="0"/>
          <w:sz w:val="22"/>
        </w:rPr>
        <w:t>_____________________________________________________________________</w:t>
      </w:r>
    </w:p>
    <w:p/>
    <w:p>
      <w:r>
        <w:rPr>
          <w:b w:val="0"/>
          <w:sz w:val="22"/>
        </w:rPr>
        <w:t>Ich habe bereits folgende Behandlungen und Therapien erhalten:</w:t>
      </w:r>
    </w:p>
    <w:p>
      <w:r>
        <w:rPr>
          <w:b w:val="0"/>
          <w:sz w:val="22"/>
        </w:rPr>
        <w:t>_____________________________________________________________________</w:t>
      </w:r>
    </w:p>
    <w:p>
      <w:r>
        <w:rPr>
          <w:b w:val="0"/>
          <w:sz w:val="22"/>
        </w:rPr>
        <w:t>_____________________________________________________________________</w:t>
      </w:r>
    </w:p>
    <w:p/>
    <w:p>
      <w:r>
        <w:rPr>
          <w:b w:val="0"/>
          <w:sz w:val="22"/>
        </w:rPr>
        <w:t>Trotz dieser Maßnahmen besteht weiterhin ein erheblicher Behandlungsbedarf, der durch eine Kurmaßnahme abgedeckt werden kann.</w:t>
      </w:r>
    </w:p>
    <w:p/>
    <w:p>
      <w:r>
        <w:rPr>
          <w:b w:val="0"/>
          <w:sz w:val="22"/>
        </w:rPr>
        <w:t>Die Kur soll insbesondere folgende Ziele verfolgen:</w:t>
      </w:r>
    </w:p>
    <w:p>
      <w:r>
        <w:rPr>
          <w:b w:val="0"/>
          <w:sz w:val="22"/>
        </w:rPr>
        <w:t>- Verbesserung meiner körperlichen und psychischen Belastbarkeit</w:t>
      </w:r>
    </w:p>
    <w:p>
      <w:r>
        <w:rPr>
          <w:b w:val="0"/>
          <w:sz w:val="22"/>
        </w:rPr>
        <w:t>- Linderung und Stabilisierung meiner Beschwerden</w:t>
      </w:r>
    </w:p>
    <w:p>
      <w:r>
        <w:rPr>
          <w:b w:val="0"/>
          <w:sz w:val="22"/>
        </w:rPr>
        <w:t>- Vermeidung von Folgeschäden und Krankheitsverschlechterungen</w:t>
      </w:r>
    </w:p>
    <w:p>
      <w:r>
        <w:rPr>
          <w:b w:val="0"/>
          <w:sz w:val="22"/>
        </w:rPr>
        <w:t>- Förderung meiner Teilhabe am Berufsleben und gesellschaftlichen Leben</w:t>
      </w:r>
    </w:p>
    <w:p/>
    <w:p>
      <w:r>
        <w:rPr>
          <w:b w:val="0"/>
          <w:sz w:val="22"/>
        </w:rPr>
        <w:t>Ich bitte Sie daher, meinem Antrag zuzustimmen und die Kurmaßnahme zu genehmigen.</w:t>
      </w:r>
    </w:p>
    <w:p/>
    <w:p/>
    <w:p>
      <w:r>
        <w:rPr>
          <w:b w:val="0"/>
          <w:sz w:val="22"/>
        </w:rPr>
        <w:t>Ort: ____________________________________________</w:t>
      </w:r>
    </w:p>
    <w:p>
      <w:r>
        <w:rPr>
          <w:b w:val="0"/>
          <w:sz w:val="22"/>
        </w:rPr>
        <w:t>Datum: __________________________________________</w:t>
      </w:r>
    </w:p>
    <w:p/>
    <w:p/>
    <w:p>
      <w:r>
        <w:rPr>
          <w:b w:val="0"/>
          <w:sz w:val="22"/>
        </w:rPr>
        <w:t>Unterschrift: 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Hausarzt / behandelnder Arzt</w:t>
            </w:r>
          </w:p>
        </w:tc>
        <w:tc>
          <w:tcPr>
            <w:tcW w:type="dxa" w:w="4986"/>
            <w:tcBorders>
              <w:top w:val="nil"/>
              <w:left w:val="nil"/>
              <w:bottom w:val="nil"/>
              <w:right w:val="nil"/>
              <w:insideH w:val="nil"/>
              <w:insideV w:val="nil"/>
            </w:tcBorders>
          </w:tcPr>
          <w:p>
            <w:pPr>
              <w:jc w:val="center"/>
            </w:pPr>
            <w:r>
              <w:t>Antragsteller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Stempel, Datum: 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https://expertefinanz.com/kurantrag-begrundung-schreiben/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https://expertefinanz.com</w:t>
        </w:r>
      </w:hyperlink>
    </w:p>
    <w:p>
      <w:pPr>
        <w:jc w:val="center"/>
      </w:pPr>
      <w:r>
        <w:rPr>
          <w:color w:val="808080"/>
          <w:sz w:val="20"/>
        </w:rPr>
        <w:t>Diese Vorlage ist ausschließlich für den persönlichen, nicht kommerziellen Gebrauch bestimmt.</w:t>
        <w:br/>
        <w:t>Bei Weitergabe oder Veröffentlichung ist die Nennung der Quelle verpflichtend. © expertefinanz.com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efinanz.com/kurantrag-begrundung-schreiben/" TargetMode="External"/><Relationship Id="rId10" Type="http://schemas.openxmlformats.org/officeDocument/2006/relationships/hyperlink" Target="https://expertefina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