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NACHFORSCHUNGSAUFTRAG BANK</w:t>
      </w:r>
    </w:p>
    <w:p/>
    <w:p/>
    <w:p>
      <w:r>
        <w:rPr>
          <w:b w:val="0"/>
          <w:sz w:val="22"/>
        </w:rPr>
        <w:t>Hiermit beauftrage ich die Bank, Nachforschungen bezüglich meiner Konten und Verträge durchzuführen. Dieser Auftrag umfasst alle relevanten Ermittlungen zur Klärung offener Fragen und zur Sicherstellung der rechtlichen und vertraglichen Verhältnisse.</w:t>
      </w:r>
    </w:p>
    <w:p/>
    <w:p/>
    <w:p>
      <w:r>
        <w:rPr>
          <w:b/>
          <w:sz w:val="22"/>
        </w:rPr>
        <w:t>1. Auftraggeber (Kunde):</w:t>
      </w:r>
    </w:p>
    <w:p>
      <w:r>
        <w:rPr>
          <w:b w:val="0"/>
          <w:sz w:val="22"/>
        </w:rPr>
        <w:t>Name:</w:t>
      </w:r>
    </w:p>
    <w:p>
      <w:r>
        <w:rPr>
          <w:b w:val="0"/>
          <w:sz w:val="22"/>
        </w:rPr>
        <w:t>Geburtsdatum:</w:t>
      </w:r>
    </w:p>
    <w:p>
      <w:r>
        <w:rPr>
          <w:b w:val="0"/>
          <w:sz w:val="22"/>
        </w:rPr>
        <w:t>Anschrift:</w:t>
      </w:r>
    </w:p>
    <w:p>
      <w:r>
        <w:rPr>
          <w:b w:val="0"/>
          <w:sz w:val="22"/>
        </w:rPr>
        <w:t>Kundennummer / Vertragsnummer:</w:t>
      </w:r>
    </w:p>
    <w:p/>
    <w:p/>
    <w:p>
      <w:r>
        <w:rPr>
          <w:b/>
          <w:sz w:val="22"/>
        </w:rPr>
        <w:t>2. Betroffene Bankverbindung(en) / Verträge:</w:t>
      </w:r>
    </w:p>
    <w:p>
      <w:r>
        <w:rPr>
          <w:b w:val="0"/>
          <w:sz w:val="22"/>
        </w:rPr>
        <w:t>Institut / Bankname:</w:t>
      </w:r>
    </w:p>
    <w:p>
      <w:r>
        <w:rPr>
          <w:b w:val="0"/>
          <w:sz w:val="22"/>
        </w:rPr>
        <w:t>Kontonummer / Vertragsnummer:</w:t>
      </w:r>
    </w:p>
    <w:p>
      <w:r>
        <w:rPr>
          <w:b w:val="0"/>
          <w:sz w:val="22"/>
        </w:rPr>
        <w:t>IBAN:</w:t>
      </w:r>
    </w:p>
    <w:p>
      <w:r>
        <w:rPr>
          <w:b w:val="0"/>
          <w:sz w:val="22"/>
        </w:rPr>
        <w:t>BIC:</w:t>
      </w:r>
    </w:p>
    <w:p/>
    <w:p/>
    <w:p>
      <w:r>
        <w:rPr>
          <w:b/>
          <w:sz w:val="22"/>
        </w:rPr>
        <w:t>3. Umfang des Nachforschungsauftrags:</w:t>
      </w:r>
    </w:p>
    <w:p>
      <w:r>
        <w:rPr>
          <w:b w:val="0"/>
          <w:sz w:val="22"/>
        </w:rPr>
        <w:t>Bitte alle verfügbaren Informationen zu den oben genannten Konten und Verträgen offenzulegen, darunter Kontostände, Umsätze, Vertragskonditionen, Kündigungsfristen und sonstige relevante Details.</w:t>
      </w:r>
    </w:p>
    <w:p/>
    <w:p/>
    <w:p>
      <w:r>
        <w:rPr>
          <w:b/>
          <w:sz w:val="22"/>
        </w:rPr>
        <w:t>4. Rechtsgrundlage und Einwilligung:</w:t>
      </w:r>
    </w:p>
    <w:p>
      <w:r>
        <w:rPr>
          <w:b w:val="0"/>
          <w:sz w:val="22"/>
        </w:rPr>
        <w:t>Mit der Unterzeichnung dieses Auftrags erkläre ich mich ausdrücklich damit einverstanden, dass die Bank die erforderlichen Nachforschungen durchführt und mir entsprechende Auskünfte erteilt. Ich bestätige, dass ich die Datenschutzhinweise und rechtlichen Hinweise zur Kenntnis genommen habe.</w:t>
      </w:r>
    </w:p>
    <w:p/>
    <w:p/>
    <w:p>
      <w:r>
        <w:rPr>
          <w:b/>
          <w:sz w:val="22"/>
        </w:rPr>
        <w:t>5. Haftungsausschluss:</w:t>
      </w:r>
    </w:p>
    <w:p>
      <w:r>
        <w:rPr>
          <w:b w:val="0"/>
          <w:sz w:val="22"/>
        </w:rPr>
        <w:t>Die Bank haftet nur für grob fahrlässige oder vorsätzliche Pflichtverletzungen im Rahmen der Durchführung dieses Nachforschungsauftrags. Für etwaige Verzögerungen oder fehlende Informationen wird keine Haftung übernommen.</w:t>
      </w:r>
    </w:p>
    <w:p/>
    <w:p/>
    <w:p>
      <w:r>
        <w:rPr>
          <w:b/>
          <w:sz w:val="22"/>
        </w:rPr>
        <w:t>6. Schlussbestimmungen:</w:t>
      </w:r>
    </w:p>
    <w:p>
      <w:r>
        <w:rPr>
          <w:b w:val="0"/>
          <w:sz w:val="22"/>
        </w:rPr>
        <w:t>Dieser Auftrag ist schriftlich zu erteilen und bedarf der eigenhändigen Unterschrift des Auftraggebers. Änderungen oder Ergänzungen bedürfen der Schriftform.</w:t>
      </w:r>
    </w:p>
    <w:p/>
    <w:p/>
    <w:p/>
    <w:p>
      <w:r>
        <w:rPr>
          <w:b w:val="0"/>
          <w:sz w:val="22"/>
        </w:rPr>
        <w:t>Ort:</w:t>
      </w:r>
    </w:p>
    <w:p>
      <w:r>
        <w:rPr>
          <w:b w:val="0"/>
          <w:sz w:val="22"/>
        </w:rPr>
        <w:t>Datum:</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Auftraggeber (Kunde)</w:t>
            </w:r>
          </w:p>
        </w:tc>
        <w:tc>
          <w:tcPr>
            <w:tcW w:type="dxa" w:w="4986"/>
            <w:tcBorders>
              <w:top w:val="nil"/>
              <w:left w:val="nil"/>
              <w:bottom w:val="nil"/>
              <w:right w:val="nil"/>
              <w:insideH w:val="nil"/>
              <w:insideV w:val="nil"/>
            </w:tcBorders>
          </w:tcPr>
          <w:p>
            <w:pPr>
              <w:jc w:val="center"/>
            </w:pPr>
            <w:r>
              <w:t>Bankmitarbeiter (Empfangsbestätigung)</w:t>
            </w:r>
          </w:p>
        </w:tc>
      </w:tr>
      <w:tr>
        <w:tc>
          <w:tcPr>
            <w:tcW w:type="dxa" w:w="4986"/>
            <w:tcBorders>
              <w:top w:val="nil"/>
              <w:left w:val="nil"/>
              <w:bottom w:val="nil"/>
              <w:right w:val="nil"/>
              <w:insideH w:val="nil"/>
              <w:insideV w:val="nil"/>
            </w:tcBorders>
          </w:tcPr>
          <w:p>
            <w:pPr>
              <w:jc w:val="center"/>
            </w:pPr>
            <w:r>
              <w:br/>
              <w:br/>
              <w:t>Unterschrift: _______________________________</w:t>
            </w:r>
          </w:p>
        </w:tc>
        <w:tc>
          <w:tcPr>
            <w:tcW w:type="dxa" w:w="4986"/>
            <w:tcBorders>
              <w:top w:val="nil"/>
              <w:left w:val="nil"/>
              <w:bottom w:val="nil"/>
              <w:right w:val="nil"/>
              <w:insideH w:val="nil"/>
              <w:insideV w:val="nil"/>
            </w:tcBorders>
          </w:tcPr>
          <w:p>
            <w:pPr>
              <w:jc w:val="center"/>
            </w:pPr>
            <w:r>
              <w:br/>
              <w:br/>
              <w:t>Unterschrift: _______________________________</w:t>
            </w:r>
          </w:p>
        </w:tc>
      </w:tr>
      <w:tr>
        <w:tc>
          <w:tcPr>
            <w:tcW w:type="dxa" w:w="4986"/>
            <w:tcBorders>
              <w:top w:val="nil"/>
              <w:left w:val="nil"/>
              <w:bottom w:val="nil"/>
              <w:right w:val="nil"/>
              <w:insideH w:val="nil"/>
              <w:insideV w:val="nil"/>
            </w:tcBorders>
          </w:tcPr>
          <w:p>
            <w:pPr>
              <w:jc w:val="center"/>
            </w:pPr>
            <w:r>
              <w:t>Name in Druckbuchstaben: ____________________</w:t>
            </w:r>
          </w:p>
        </w:tc>
        <w:tc>
          <w:tcPr>
            <w:tcW w:type="dxa" w:w="4986"/>
            <w:tcBorders>
              <w:top w:val="nil"/>
              <w:left w:val="nil"/>
              <w:bottom w:val="nil"/>
              <w:right w:val="nil"/>
              <w:insideH w:val="nil"/>
              <w:insideV w:val="nil"/>
            </w:tcBorders>
          </w:tcPr>
          <w:p>
            <w:pPr>
              <w:jc w:val="center"/>
            </w:pPr>
            <w:r>
              <w:t>Name in Druckbuchstaben: ____________________</w:t>
            </w:r>
          </w:p>
        </w:tc>
      </w:tr>
    </w:tbl>
    <w:p>
      <w:r>
        <w:br w:type="page"/>
      </w:r>
    </w:p>
    <w:p>
      <w:pPr>
        <w:jc w:val="center"/>
      </w:pPr>
      <w:r>
        <w:rPr>
          <w:color w:val="555555"/>
          <w:sz w:val="24"/>
        </w:rPr>
        <w:t>Originalquelle dieses Dokuments:</w:t>
      </w:r>
    </w:p>
    <w:p>
      <w:pPr>
        <w:jc w:val="center"/>
      </w:pPr>
      <w:hyperlink r:id="rId9">
        <w:r>
          <w:rPr>
            <w:color w:val="0000FF"/>
            <w:u w:val="single"/>
          </w:rPr>
          <w:t>https://expertefinanz.com/nachforschungsauftrag-bank/</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https://expertefinanz.com</w:t>
        </w:r>
      </w:hyperlink>
    </w:p>
    <w:p>
      <w:pPr>
        <w:jc w:val="center"/>
      </w:pPr>
      <w:r>
        <w:rPr>
          <w:color w:val="808080"/>
          <w:sz w:val="20"/>
        </w:rPr>
        <w:t>Diese Vorlage ist ausschließlich für den persönlichen, nicht kommerziellen Gebrauch bestimmt.</w:t>
        <w:br/>
        <w:t>Bei Weitergabe oder Veröffentlichung ist die Nennung der Quelle verpflichtend. © expertefinanz.com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efinanz.com/nachforschungsauftrag-bank/" TargetMode="External"/><Relationship Id="rId10" Type="http://schemas.openxmlformats.org/officeDocument/2006/relationships/hyperlink" Target="https://expertefinan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