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Spendenbrief</w:t>
      </w:r>
    </w:p>
    <w:p/>
    <w:p/>
    <w:p>
      <w:r>
        <w:rPr>
          <w:b/>
          <w:sz w:val="22"/>
        </w:rPr>
        <w:t>Absender / Organisation: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</w:t>
      </w:r>
    </w:p>
    <w:p/>
    <w:p/>
    <w:p>
      <w:r>
        <w:rPr>
          <w:b/>
          <w:sz w:val="22"/>
        </w:rPr>
        <w:t>Empfänger (z.B. Spender):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Herzlichen Dank für Ihre Unterstützung / Ihre Spende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Hinweis zur Spendenquittung:</w:t>
      </w:r>
    </w:p>
    <w:p>
      <w:r>
        <w:rPr>
          <w:b w:val="0"/>
          <w:sz w:val="22"/>
        </w:rPr>
        <w:t>Für Ihre Spende erhalten Sie eine Zuwendungsbestätigung, die Sie steuerlich geltend machen können. Bitte bewahren Sie diese Bescheinigung sorgfältig auf. Die Organisation ist beim Finanzamt als gemeinnützig anerkannt.</w:t>
      </w:r>
    </w:p>
    <w:p/>
    <w:p/>
    <w:p>
      <w:r>
        <w:rPr>
          <w:b/>
          <w:sz w:val="22"/>
        </w:rPr>
        <w:t>Bankverbindung für Ihre Spende:</w:t>
      </w:r>
    </w:p>
    <w:p>
      <w:r>
        <w:rPr>
          <w:b w:val="0"/>
          <w:sz w:val="22"/>
        </w:rPr>
        <w:t>Kontoinhaber: _______________________________________________________</w:t>
      </w:r>
    </w:p>
    <w:p>
      <w:r>
        <w:rPr>
          <w:b w:val="0"/>
          <w:sz w:val="22"/>
        </w:rPr>
        <w:t>Bank: _______________________________________________________________</w:t>
      </w:r>
    </w:p>
    <w:p>
      <w:r>
        <w:rPr>
          <w:b w:val="0"/>
          <w:sz w:val="22"/>
        </w:rPr>
        <w:t>IBAN: _______________________________________________________________</w:t>
      </w:r>
    </w:p>
    <w:p>
      <w:r>
        <w:rPr>
          <w:b w:val="0"/>
          <w:sz w:val="22"/>
        </w:rPr>
        <w:t>BIC: _________________________________________________________________</w:t>
      </w:r>
    </w:p>
    <w:p/>
    <w:p/>
    <w:p>
      <w:r>
        <w:rPr>
          <w:b w:val="0"/>
          <w:sz w:val="22"/>
        </w:rPr>
        <w:t>Ort: ______________________________________    Datum: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 / Organisation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Spender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https://expertefinanz.com/spendenbrief/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spendenbrief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