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SPENDENQUITTUNG</w:t>
      </w:r>
    </w:p>
    <w:p/>
    <w:p>
      <w:r>
        <w:rPr>
          <w:b/>
          <w:sz w:val="22"/>
        </w:rPr>
        <w:t>Verein / Organisation: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>
      <w:r>
        <w:rPr>
          <w:b w:val="0"/>
          <w:sz w:val="22"/>
        </w:rPr>
        <w:t>Steuernummer: _______________________________________________________</w:t>
      </w:r>
    </w:p>
    <w:p/>
    <w:p>
      <w:r>
        <w:rPr>
          <w:b/>
          <w:sz w:val="22"/>
        </w:rPr>
        <w:t>Spender / Spenderin: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/>
    <w:p>
      <w:r>
        <w:rPr>
          <w:b/>
          <w:sz w:val="22"/>
        </w:rPr>
        <w:t>Spendenbetrag:</w:t>
      </w:r>
    </w:p>
    <w:p>
      <w:r>
        <w:rPr>
          <w:b w:val="0"/>
          <w:sz w:val="22"/>
        </w:rPr>
        <w:t>Betrag in Euro: _____________________________________________________</w:t>
      </w:r>
    </w:p>
    <w:p/>
    <w:p>
      <w:r>
        <w:rPr>
          <w:b/>
          <w:sz w:val="22"/>
        </w:rPr>
        <w:t>Spendenzweck: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r>
        <w:rPr>
          <w:b/>
          <w:sz w:val="22"/>
        </w:rPr>
        <w:t>Bestätigung gemäß § 50 Abs. 1 EStDV:</w:t>
      </w:r>
    </w:p>
    <w:p>
      <w:r>
        <w:rPr>
          <w:b w:val="0"/>
          <w:sz w:val="22"/>
        </w:rPr>
        <w:t>Hiermit bestätigt der Verein, dass die oben genannte Spende ausschließlich für steuerbegünstigte Zwecke verwendet wird und keine Gegenleistung erbracht wurde.</w:t>
      </w:r>
    </w:p>
    <w:p/>
    <w:p>
      <w:r>
        <w:rPr>
          <w:b/>
          <w:sz w:val="22"/>
        </w:rPr>
        <w:t>Die Spende wurde nicht im Rahmen einer Gegenleistung erbracht.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Unterschrift Verein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Name in Druckbuchstaben</w:t>
            </w:r>
          </w:p>
        </w:tc>
      </w:tr>
    </w:tbl>
    <w:p/>
    <w:p/>
    <w:p>
      <w:r>
        <w:rPr>
          <w:b/>
          <w:sz w:val="22"/>
        </w:rPr>
        <w:t>Hinweis:</w:t>
      </w:r>
    </w:p>
    <w:p>
      <w:r>
        <w:rPr>
          <w:b w:val="0"/>
          <w:sz w:val="22"/>
        </w:rPr>
        <w:t>Diese Spendenquittung dient als Nachweis für das Finanzamt. Bitte bewahren Sie sie sorgfältig auf.</w:t>
      </w:r>
    </w:p>
    <w:p>
      <w:r>
        <w:rPr>
          <w:b w:val="0"/>
          <w:sz w:val="22"/>
        </w:rPr>
        <w:t>Der Verein bestätigt hiermit, dass die Zuwendung freiwillig erfolgt und keine Gegenleistung erbracht wurde.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https://expertefinanz.com/spendenquittung-verein/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https://expertefinanz.com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expertefinanz.com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efinanz.com/spendenquittung-verein/" TargetMode="External"/><Relationship Id="rId10" Type="http://schemas.openxmlformats.org/officeDocument/2006/relationships/hyperlink" Target="https://expertefinan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