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ZAHLUNGSAUFFORDERUNG RÜCKLASTSCHRIFT</w:t>
      </w:r>
    </w:p>
    <w:p/>
    <w:p/>
    <w:p>
      <w:r>
        <w:rPr>
          <w:b/>
          <w:sz w:val="22"/>
        </w:rPr>
        <w:t>Absender:</w:t>
      </w:r>
    </w:p>
    <w:p>
      <w:r>
        <w:rPr>
          <w:b w:val="0"/>
          <w:sz w:val="22"/>
        </w:rPr>
        <w:t>Name / Firma: ___________________________________________________</w:t>
      </w:r>
    </w:p>
    <w:p>
      <w:r>
        <w:rPr>
          <w:b w:val="0"/>
          <w:sz w:val="22"/>
        </w:rPr>
        <w:t>Anschrift: ______________________________________________________</w:t>
      </w:r>
    </w:p>
    <w:p>
      <w:r>
        <w:rPr>
          <w:b w:val="0"/>
          <w:sz w:val="22"/>
        </w:rPr>
        <w:t>Telefon / E-Mail: _______________________________________________</w:t>
      </w:r>
    </w:p>
    <w:p/>
    <w:p>
      <w:r>
        <w:rPr>
          <w:b/>
          <w:sz w:val="22"/>
        </w:rPr>
        <w:t>Empfänger:</w:t>
      </w:r>
    </w:p>
    <w:p>
      <w:r>
        <w:rPr>
          <w:b w:val="0"/>
          <w:sz w:val="22"/>
        </w:rPr>
        <w:t>Name / Firma: ___________________________________________________</w:t>
      </w:r>
    </w:p>
    <w:p>
      <w:r>
        <w:rPr>
          <w:b w:val="0"/>
          <w:sz w:val="22"/>
        </w:rPr>
        <w:t>Anschrift: ______________________________________________________</w:t>
      </w:r>
    </w:p>
    <w:p/>
    <w:p>
      <w:r>
        <w:rPr>
          <w:b/>
          <w:sz w:val="22"/>
        </w:rPr>
        <w:t>Betreff:</w:t>
      </w:r>
    </w:p>
    <w:p>
      <w:r>
        <w:rPr>
          <w:b w:val="0"/>
          <w:sz w:val="22"/>
        </w:rPr>
        <w:t>Zahlungsaufforderung wegen Rücklastschrift / nicht eingelöster Lastschrift</w:t>
      </w:r>
    </w:p>
    <w:p/>
    <w:p>
      <w:r>
        <w:rPr>
          <w:b w:val="0"/>
          <w:sz w:val="22"/>
        </w:rPr>
        <w:t>Sehr geehrte Damen und Herren,</w:t>
      </w:r>
    </w:p>
    <w:p/>
    <w:p>
      <w:r>
        <w:rPr>
          <w:b w:val="0"/>
          <w:sz w:val="22"/>
        </w:rPr>
        <w:t>hiermit fordere ich Sie auf, den Betrag in Höhe von _________________________________ EUR (inkl. etwaiger Gebühren und Zinsen), der am ____________________ durch eine Rücklastschrift nicht eingezogen werden konnte, innerhalb von 14 Tagen auf das unten angegebene Konto zu überweisen.</w:t>
      </w:r>
    </w:p>
    <w:p/>
    <w:p>
      <w:r>
        <w:rPr>
          <w:b w:val="0"/>
          <w:sz w:val="22"/>
        </w:rPr>
        <w:t>Bitte beachten Sie, dass mit der Rücklastschrift nicht nur der ausstehende Betrag fällig geworden ist, sondern auch die durch die Rücklastschrift entstandenen Bankgebühren sowie ggf. Mahngebühren berechnet werden.</w:t>
      </w:r>
    </w:p>
    <w:p/>
    <w:p>
      <w:r>
        <w:rPr>
          <w:b/>
          <w:sz w:val="22"/>
        </w:rPr>
        <w:t>Bankverbindung für die Zahlung:</w:t>
      </w:r>
    </w:p>
    <w:p>
      <w:r>
        <w:rPr>
          <w:b w:val="0"/>
          <w:sz w:val="22"/>
        </w:rPr>
        <w:t>Kontoinhaber: ___________________________________________________</w:t>
      </w:r>
    </w:p>
    <w:p>
      <w:r>
        <w:rPr>
          <w:b w:val="0"/>
          <w:sz w:val="22"/>
        </w:rPr>
        <w:t>IBAN: __________________________________________________________</w:t>
      </w:r>
    </w:p>
    <w:p>
      <w:r>
        <w:rPr>
          <w:b w:val="0"/>
          <w:sz w:val="22"/>
        </w:rPr>
        <w:t>BIC: ___________________________________________________________</w:t>
      </w:r>
    </w:p>
    <w:p>
      <w:r>
        <w:rPr>
          <w:b w:val="0"/>
          <w:sz w:val="22"/>
        </w:rPr>
        <w:t>Bankname: _______________________________________________________</w:t>
      </w:r>
    </w:p>
    <w:p/>
    <w:p>
      <w:r>
        <w:rPr>
          <w:b w:val="0"/>
          <w:sz w:val="22"/>
        </w:rPr>
        <w:t>Sollte die Zahlung bereits erfolgt sein, betrachten Sie dieses Schreiben bitte als gegenstandslos. Andernfalls sehen wir uns gezwungen, weitere rechtliche Schritte einzuleiten, die mit zusätzlichen Kosten für Sie verbunden sein können.</w:t>
      </w:r>
    </w:p>
    <w:p/>
    <w:p>
      <w:r>
        <w:rPr>
          <w:b w:val="0"/>
          <w:sz w:val="22"/>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sz w:val="20"/>
              </w:rPr>
              <w:t>_____________________________</w:t>
              <w:br/>
              <w:t>(Absender – Unterschrift)</w:t>
            </w:r>
          </w:p>
        </w:tc>
        <w:tc>
          <w:tcPr>
            <w:tcW w:type="dxa" w:w="4986"/>
            <w:tcBorders>
              <w:top w:val="nil"/>
              <w:left w:val="nil"/>
              <w:bottom w:val="nil"/>
              <w:right w:val="nil"/>
              <w:insideH w:val="nil"/>
              <w:insideV w:val="nil"/>
            </w:tcBorders>
          </w:tcPr>
          <w:p>
            <w:pPr>
              <w:jc w:val="center"/>
            </w:pPr>
            <w:r>
              <w:rPr>
                <w:sz w:val="20"/>
              </w:rPr>
              <w:t>_____________________________</w:t>
              <w:br/>
              <w:t>(Empfänger – Unterschrift)</w:t>
            </w:r>
          </w:p>
        </w:tc>
      </w:tr>
      <w:tr>
        <w:tc>
          <w:tcPr>
            <w:tcW w:type="dxa" w:w="4986"/>
            <w:tcBorders>
              <w:top w:val="nil"/>
              <w:left w:val="nil"/>
              <w:bottom w:val="nil"/>
              <w:right w:val="nil"/>
              <w:insideH w:val="nil"/>
              <w:insideV w:val="nil"/>
            </w:tcBorders>
          </w:tcPr>
          <w:p>
            <w:pPr>
              <w:jc w:val="center"/>
            </w:pPr>
            <w:r>
              <w:rPr>
                <w:sz w:val="20"/>
              </w:rPr>
              <w:t>Ort: ______________________</w:t>
            </w:r>
          </w:p>
        </w:tc>
        <w:tc>
          <w:tcPr>
            <w:tcW w:type="dxa" w:w="4986"/>
            <w:tcBorders>
              <w:top w:val="nil"/>
              <w:left w:val="nil"/>
              <w:bottom w:val="nil"/>
              <w:right w:val="nil"/>
              <w:insideH w:val="nil"/>
              <w:insideV w:val="nil"/>
            </w:tcBorders>
          </w:tcPr>
          <w:p>
            <w:pPr>
              <w:jc w:val="center"/>
            </w:pPr>
            <w:r>
              <w:rPr>
                <w:sz w:val="20"/>
              </w:rPr>
              <w:t>Datum: ____________________</w:t>
            </w:r>
          </w:p>
        </w:tc>
      </w:tr>
    </w:tbl>
    <w:p>
      <w:r>
        <w:br w:type="page"/>
      </w:r>
    </w:p>
    <w:p>
      <w:pPr>
        <w:jc w:val="center"/>
      </w:pPr>
      <w:r>
        <w:rPr>
          <w:color w:val="555555"/>
          <w:sz w:val="24"/>
        </w:rPr>
        <w:t>Originalquelle dieses Dokuments:</w:t>
      </w:r>
    </w:p>
    <w:p>
      <w:pPr>
        <w:jc w:val="center"/>
      </w:pPr>
      <w:hyperlink r:id="rId9">
        <w:r>
          <w:rPr>
            <w:color w:val="0000FF"/>
            <w:u w:val="single"/>
          </w:rPr>
          <w:t>https://expertefinanz.com/zahlungsaufforderung-rucklastschrift/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https://expertefinanz.com</w:t>
        </w:r>
      </w:hyperlink>
    </w:p>
    <w:p>
      <w:pPr>
        <w:jc w:val="center"/>
      </w:pPr>
      <w:r>
        <w:rPr>
          <w:color w:val="808080"/>
          <w:sz w:val="20"/>
        </w:rPr>
        <w:t>Diese Vorlage ist ausschließlich für den persönlichen, nicht kommerziellen Gebrauch bestimmt.</w:t>
        <w:br/>
        <w:t>Bei Weitergabe oder Veröffentlichung ist die Nennung der Quelle verpflichtend. © expertefinanz.com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efinanz.com/zahlungsaufforderung-rucklastschrift/" TargetMode="External"/><Relationship Id="rId10" Type="http://schemas.openxmlformats.org/officeDocument/2006/relationships/hyperlink" Target="https://expertefina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